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</w:rPr>
        <w:t>Regierapport</w:t>
      </w:r>
    </w:p>
    <w:p>
      <w:pPr>
        <w:spacing w:after="280"/>
      </w:pPr>
      <w:r>
        <w:rPr>
          <w:b w:val="0"/>
        </w:rPr>
        <w:t>[Ihr Firmenname]</w:t>
      </w:r>
    </w:p>
    <w:p>
      <w:pPr>
        <w:spacing w:after="40"/>
      </w:pPr>
      <w:r>
        <w:rPr>
          <w:b w:val="0"/>
        </w:rPr>
        <w:t>Auftrag / Projekt: [Malerarbeiten Wohnung, Beispielstrasse 12]</w:t>
      </w:r>
    </w:p>
    <w:p>
      <w:pPr>
        <w:spacing w:after="40"/>
      </w:pPr>
      <w:r>
        <w:rPr>
          <w:b w:val="0"/>
        </w:rPr>
        <w:t>Kundschaft: [Vorname Name]</w:t>
      </w:r>
    </w:p>
    <w:p>
      <w:pPr>
        <w:spacing w:after="40"/>
      </w:pPr>
      <w:r>
        <w:rPr>
          <w:b w:val="0"/>
        </w:rPr>
        <w:t>Datum: [Datum]</w:t>
      </w:r>
    </w:p>
    <w:p>
      <w:pPr>
        <w:spacing w:after="280"/>
      </w:pPr>
      <w:r>
        <w:rPr>
          <w:b w:val="0"/>
        </w:rPr>
        <w:t>Rapport Nr.: [2026-0142]</w:t>
      </w:r>
    </w:p>
    <w:p>
      <w:pPr>
        <w:spacing w:after="80"/>
      </w:pPr>
      <w:r>
        <w:rPr>
          <w:b/>
        </w:rPr>
        <w:t>Mitarbeitende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7E9EC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</w:rPr>
              <w:t>Von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2268"/>
            <w:shd w:val="clear" w:color="auto" w:fill="E7E9EC"/>
          </w:tcPr>
          <w:p>
            <w:r/>
            <w:r>
              <w:rPr>
                <w:b/>
              </w:rPr>
              <w:t>Stunden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/>
            <w:r>
              <w:rPr>
                <w:b w:val="0"/>
              </w:rPr>
              <w:t>[Vorname Name]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</w:rPr>
              <w:t>[07:00]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</w:rPr>
              <w:t>[11:30]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</w:rPr>
              <w:t>[4.5]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/>
            <w:r>
              <w:rPr>
                <w:b w:val="0"/>
              </w:rPr>
              <w:t>[Vorname Name]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</w:rPr>
              <w:t>[13:00]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</w:rPr>
              <w:t>[16:30]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</w:rPr>
              <w:t>[3.5]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/>
        </w:rPr>
        <w:t>Material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Material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Einheit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Ansatz CHF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Betrag CHF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[Dichtungsmasse]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[Stk]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[14.50]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[29.00]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/>
        </w:rPr>
        <w:t>Geräte / Fahrzeuge</w:t>
      </w:r>
    </w:p>
    <w:p>
      <w:pPr>
        <w:spacing w:after="280"/>
      </w:pPr>
      <w:r>
        <w:rPr>
          <w:b w:val="0"/>
        </w:rPr>
        <w:t>[Bezeichnung, Einsatzdauer]</w:t>
      </w:r>
    </w:p>
    <w:p>
      <w:pPr>
        <w:spacing w:after="40"/>
      </w:pPr>
      <w:r>
        <w:rPr>
          <w:b/>
        </w:rPr>
        <w:t>Bemerkungen</w:t>
      </w:r>
    </w:p>
    <w:p>
      <w:pPr>
        <w:spacing w:after="480"/>
      </w:pPr>
      <w:r>
        <w:rPr>
          <w:b w:val="0"/>
        </w:rPr>
        <w:t>[Besonderheiten, Absprachen]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spacing w:before="480"/>
            </w:pPr>
            <w:r/>
            <w:r>
              <w:rPr>
                <w:b w:val="0"/>
              </w:rPr>
              <w:t>Ort, Datum, Unterschrift Handwerker</w:t>
            </w:r>
          </w:p>
        </w:tc>
        <w:tc>
          <w:tcPr>
            <w:tcW w:type="dxa" w:w="4536"/>
          </w:tcPr>
          <w:p>
            <w:pPr>
              <w:spacing w:before="480"/>
            </w:pPr>
            <w:r/>
            <w:r>
              <w:rPr>
                <w:b w:val="0"/>
              </w:rPr>
              <w:t>Ort, Datum, Unterschrift Kundschaft</w:t>
            </w:r>
          </w:p>
        </w:tc>
      </w:tr>
    </w:tbl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Regierapport-Vorlage für Handwerker</dc:title>
  <dc:subject/>
  <dc:creator>MeisterOffice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