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</w:rPr>
        <w:t>[Ihr Firmenname]</w:t>
      </w:r>
    </w:p>
    <w:p>
      <w:pPr>
        <w:spacing w:after="40"/>
      </w:pPr>
      <w:r>
        <w:rPr>
          <w:b w:val="0"/>
        </w:rPr>
        <w:t>[Strasse Nr.] · [PLZ Ort] · [Telefon] · [E-Mail]</w:t>
      </w:r>
    </w:p>
    <w:p>
      <w:pPr>
        <w:spacing w:after="360"/>
      </w:pPr>
      <w:r>
        <w:rPr>
          <w:b w:val="0"/>
        </w:rPr>
        <w:t>[CHE-000.000.000 MWST, falls mehrwertsteuerpflichtig]</w:t>
      </w:r>
    </w:p>
    <w:p>
      <w:pPr>
        <w:spacing w:after="40"/>
      </w:pPr>
      <w:r>
        <w:rPr>
          <w:b w:val="0"/>
        </w:rPr>
        <w:t>[Vorname Name der Kundin / des Kunden]</w:t>
      </w:r>
    </w:p>
    <w:p>
      <w:pPr>
        <w:spacing w:after="40"/>
      </w:pPr>
      <w:r>
        <w:rPr>
          <w:b w:val="0"/>
        </w:rPr>
        <w:t>[Strasse Nr.]</w:t>
      </w:r>
    </w:p>
    <w:p>
      <w:pPr>
        <w:spacing w:after="360"/>
      </w:pPr>
      <w:r>
        <w:rPr>
          <w:b w:val="0"/>
        </w:rPr>
        <w:t>[PLZ Ort]</w:t>
      </w:r>
    </w:p>
    <w:p>
      <w:pPr>
        <w:spacing w:after="360"/>
      </w:pPr>
      <w:r>
        <w:rPr>
          <w:b w:val="0"/>
        </w:rPr>
        <w:t>[Ort], [Datum]</w:t>
      </w:r>
    </w:p>
    <w:p>
      <w:pPr>
        <w:spacing w:after="120"/>
      </w:pPr>
      <w:r>
        <w:rPr>
          <w:b/>
        </w:rPr>
        <w:t>Rechnung Nr. [2026-041]: [Malerarbeiten Wohnung, Beispielstrasse 12]</w:t>
      </w:r>
    </w:p>
    <w:p>
      <w:pPr>
        <w:spacing w:after="240"/>
      </w:pPr>
      <w:r>
        <w:rPr>
          <w:b w:val="0"/>
        </w:rPr>
        <w:t>Arbeiten ausgeführt vom [Datum] bis [Datum], gemäss Offerte Nr. [2026-001].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Pos.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Leistung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Menge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Preis</w:t>
            </w:r>
          </w:p>
        </w:tc>
        <w:tc>
          <w:tcPr>
            <w:tcW w:type="dxa" w:w="1814"/>
            <w:shd w:val="clear" w:color="auto" w:fill="E7E9EC"/>
          </w:tcPr>
          <w:p>
            <w:r/>
            <w:r>
              <w:rPr>
                <w:b/>
              </w:rPr>
              <w:t>Total CHF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[Wände und Decken 2x streichen, inkl. Abdecken]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[120 m2]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[18.50]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[2'220.00]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2</w:t>
            </w:r>
          </w:p>
        </w:tc>
        <w:tc>
          <w:tcPr>
            <w:tcW w:type="dxa" w:w="1814"/>
          </w:tcPr>
          <w:p>
            <w:pPr>
              <w:jc w:val="left"/>
            </w:pPr>
            <w:r/>
            <w:r>
              <w:rPr>
                <w:b w:val="0"/>
              </w:rPr>
              <w:t>[Regiearbeiten gemäss Rapport vom [Datum]]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[3.5 h]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[95.00]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[332.50]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Zwischensumme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[2'552.50]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MwSt 8.1 %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 w:val="0"/>
              </w:rPr>
              <w:t>[206.75]</w:t>
            </w:r>
          </w:p>
        </w:tc>
      </w:tr>
      <w:tr>
        <w:tc>
          <w:tcPr>
            <w:tcW w:type="dxa" w:w="7256"/>
            <w:gridSpan w:val="4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814"/>
          </w:tcPr>
          <w:p>
            <w:pPr>
              <w:jc w:val="right"/>
            </w:pPr>
            <w:r/>
            <w:r>
              <w:rPr>
                <w:b/>
              </w:rPr>
              <w:t>[CHF 2'759.25]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240"/>
      </w:pPr>
      <w:r>
        <w:rPr>
          <w:b w:val="0"/>
        </w:rPr>
        <w:t>Zahlbar innert [30 Tagen] auf [IBAN CH00 0000 0000 0000 0000 0] lautend auf [Ihr Firmenname].</w:t>
      </w:r>
    </w:p>
    <w:p>
      <w:pPr>
        <w:spacing w:after="40"/>
      </w:pPr>
      <w:r>
        <w:rPr>
          <w:b w:val="0"/>
        </w:rPr>
        <w:t>Besten Dank für Ihren Auftrag.</w:t>
      </w:r>
    </w:p>
    <w:p>
      <w:pPr>
        <w:spacing w:after="40"/>
      </w:pPr>
      <w:r>
        <w:rPr>
          <w:b w:val="0"/>
        </w:rPr>
        <w:t>Freundliche Grüsse</w:t>
      </w:r>
    </w:p>
    <w:p>
      <w:pPr>
        <w:spacing w:after="360"/>
      </w:pPr>
      <w:r>
        <w:rPr>
          <w:b w:val="0"/>
        </w:rPr>
        <w:t>[Vorname Name]</w:t>
      </w:r>
    </w:p>
    <w:p>
      <w:pPr>
        <w:spacing w:after="80"/>
      </w:pPr>
      <w:r>
        <w:rPr>
          <w:b/>
        </w:rPr>
        <w:t>Wichtiger Hinweis zum QR-Zahlteil</w:t>
      </w:r>
    </w:p>
    <w:p>
      <w:pPr>
        <w:spacing w:after="120"/>
      </w:pPr>
      <w:r>
        <w:rPr>
          <w:b w:val="0"/>
        </w:rPr>
        <w:t>Diese Vorlage deckt den Rechnungsteil ab. Den genormten Zahlteil der QR-Rechnung (Swiss QR Code, QR-Referenz) kann eine Word-Datei nicht korrekt erzeugen. Erstellen Sie ihn kostenlos mit dem QR-Rechnung-Generator: https://meisteroffice.ch/qr-rechnung-generator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für Handwerker</dc:title>
  <dc:subject/>
  <dc:creator>MeisterOffice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