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</w:rPr>
        <w:t>[Ihr Firmenname]</w:t>
      </w:r>
    </w:p>
    <w:p>
      <w:pPr>
        <w:spacing w:after="40"/>
      </w:pPr>
      <w:r>
        <w:rPr>
          <w:b w:val="0"/>
        </w:rPr>
        <w:t>[Strasse Nr.] · [PLZ Ort] · [Telefon] · [E-Mail]</w:t>
      </w:r>
    </w:p>
    <w:p>
      <w:pPr>
        <w:spacing w:after="360"/>
      </w:pPr>
      <w:r>
        <w:rPr>
          <w:b w:val="0"/>
        </w:rPr>
        <w:t>[CHE-000.000.000 MWST, falls mehrwertsteuerpflichtig]</w:t>
      </w:r>
    </w:p>
    <w:p>
      <w:pPr>
        <w:spacing w:after="40"/>
      </w:pPr>
      <w:r>
        <w:rPr>
          <w:b w:val="0"/>
        </w:rPr>
        <w:t>[Firma der Kundin / des Kunden]</w:t>
      </w:r>
    </w:p>
    <w:p>
      <w:pPr>
        <w:spacing w:after="40"/>
      </w:pPr>
      <w:r>
        <w:rPr>
          <w:b w:val="0"/>
        </w:rPr>
        <w:t>[Vorname Name]</w:t>
      </w:r>
    </w:p>
    <w:p>
      <w:pPr>
        <w:spacing w:after="40"/>
      </w:pPr>
      <w:r>
        <w:rPr>
          <w:b w:val="0"/>
        </w:rPr>
        <w:t>[Strasse Nr.]</w:t>
      </w:r>
    </w:p>
    <w:p>
      <w:pPr>
        <w:spacing w:after="360"/>
      </w:pPr>
      <w:r>
        <w:rPr>
          <w:b w:val="0"/>
        </w:rPr>
        <w:t>[PLZ Ort]</w:t>
      </w:r>
    </w:p>
    <w:p>
      <w:pPr>
        <w:spacing w:after="360"/>
      </w:pPr>
      <w:r>
        <w:rPr>
          <w:b w:val="0"/>
        </w:rPr>
        <w:t>[Ort], [Datum]</w:t>
      </w:r>
    </w:p>
    <w:p>
      <w:pPr>
        <w:spacing w:after="200"/>
      </w:pPr>
      <w:r>
        <w:rPr>
          <w:b/>
        </w:rPr>
        <w:t>Offerte Nr. [2026-001]: Unterhaltsreinigung [Büro, Beispielstrasse 12]</w:t>
      </w:r>
    </w:p>
    <w:p>
      <w:pPr>
        <w:spacing w:after="40"/>
      </w:pPr>
      <w:r>
        <w:rPr>
          <w:b w:val="0"/>
        </w:rPr>
        <w:t>Guten Tag [Frau Muster]</w:t>
      </w:r>
    </w:p>
    <w:p>
      <w:pPr>
        <w:spacing w:after="240"/>
      </w:pPr>
      <w:r>
        <w:rPr>
          <w:b w:val="0"/>
        </w:rPr>
        <w:t>Besten Dank für die Besichtigung vom [Datum]. Gerne offerieren wir Ihnen die regelmässige Reinigung Ihrer Räume wie folgt.</w:t>
      </w:r>
    </w:p>
    <w:p>
      <w:pPr>
        <w:keepNext/>
        <w:spacing w:after="80"/>
      </w:pPr>
      <w:r>
        <w:rPr>
          <w:b/>
        </w:rPr>
        <w:t>Objekt und Rhythmus</w:t>
      </w:r>
    </w:p>
    <w:p>
      <w:pPr>
        <w:spacing w:after="40"/>
      </w:pPr>
      <w:r>
        <w:rPr>
          <w:b w:val="0"/>
        </w:rPr>
        <w:t>Objekt: [Büro, 2. Obergeschoss, Beispielstrasse 12, PLZ Ort]</w:t>
      </w:r>
    </w:p>
    <w:p>
      <w:pPr>
        <w:spacing w:after="40"/>
      </w:pPr>
      <w:r>
        <w:rPr>
          <w:b w:val="0"/>
        </w:rPr>
        <w:t>Fläche: [300 m²], davon [2] Sanitärräume und [1] Küche</w:t>
      </w:r>
    </w:p>
    <w:p>
      <w:pPr>
        <w:spacing w:after="240"/>
      </w:pPr>
      <w:r>
        <w:rPr>
          <w:b w:val="0"/>
        </w:rPr>
        <w:t>Einsätze: [2 pro Woche, Montag und Donnerstag, ab 18 Uhr], je [1.5 Std.]</w:t>
      </w:r>
    </w:p>
    <w:p>
      <w:pPr>
        <w:keepNext/>
        <w:spacing w:after="80"/>
      </w:pPr>
      <w:r>
        <w:rPr>
          <w:b/>
        </w:rPr>
        <w:t>Preis pro Monat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082"/>
        <w:gridCol w:w="1587"/>
        <w:gridCol w:w="1361"/>
        <w:gridCol w:w="1361"/>
      </w:tblGrid>
      <w:tr>
        <w:tc>
          <w:tcPr>
            <w:tcW w:type="dxa" w:w="680"/>
            <w:shd w:val="clear" w:color="auto" w:fill="E7E9EC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4082"/>
            <w:shd w:val="clear" w:color="auto" w:fill="E7E9EC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587"/>
            <w:shd w:val="clear" w:color="auto" w:fill="E7E9EC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361"/>
            <w:shd w:val="clear" w:color="auto" w:fill="E7E9EC"/>
          </w:tcPr>
          <w:p>
            <w:r/>
            <w:r>
              <w:rPr>
                <w:b/>
              </w:rPr>
              <w:t>Preis</w:t>
            </w:r>
          </w:p>
        </w:tc>
        <w:tc>
          <w:tcPr>
            <w:tcW w:type="dxa" w:w="1361"/>
            <w:shd w:val="clear" w:color="auto" w:fill="E7E9EC"/>
          </w:tcPr>
          <w:p>
            <w:r/>
            <w:r>
              <w:rPr>
                <w:b/>
              </w:rPr>
              <w:t>Total CHF</w:t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4082"/>
          </w:tcPr>
          <w:p>
            <w:pPr>
              <w:jc w:val="left"/>
            </w:pPr>
            <w:r/>
            <w:r>
              <w:rPr>
                <w:b w:val="0"/>
              </w:rPr>
              <w:t>Unterhaltsreinigung gemäss Leistungsverzeichnis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</w:rPr>
              <w:t>[8.67 Einsätze]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</w:rPr>
              <w:t>[78.00]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</w:rPr>
              <w:t>[676.00]</w:t>
            </w:r>
          </w:p>
        </w:tc>
      </w:tr>
      <w:tr>
        <w:tc>
          <w:tcPr>
            <w:tcW w:type="dxa" w:w="1361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Zwischensumme pro Monat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</w:rPr>
              <w:t>[676.00]</w:t>
            </w:r>
          </w:p>
        </w:tc>
      </w:tr>
      <w:tr>
        <w:tc>
          <w:tcPr>
            <w:tcW w:type="dxa" w:w="1361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MwSt 8.1 %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</w:rPr>
              <w:t>[54.76]</w:t>
            </w:r>
          </w:p>
        </w:tc>
      </w:tr>
      <w:tr>
        <w:tc>
          <w:tcPr>
            <w:tcW w:type="dxa" w:w="1361"/>
            <w:gridSpan w:val="4"/>
          </w:tcPr>
          <w:p>
            <w:pPr>
              <w:jc w:val="right"/>
            </w:pPr>
            <w:r/>
            <w:r>
              <w:rPr>
                <w:b/>
              </w:rPr>
              <w:t>Total pro Monat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/>
              </w:rPr>
              <w:t>[CHF 730.75]</w:t>
            </w:r>
          </w:p>
        </w:tc>
      </w:tr>
    </w:tbl>
    <w:p>
      <w:pPr>
        <w:spacing w:after="240"/>
      </w:pPr>
      <w:r>
        <w:rPr>
          <w:b w:val="0"/>
        </w:rPr>
        <w:t>Berechnung: [1.5 Std.] x [CHF 52.00] pro Stunde = [CHF 78.00] pro Einsatz; [2] Einsätze pro Woche x 52 Wochen / 12 Monate = [8.67] Einsätze pro Monat.</w:t>
      </w:r>
    </w:p>
    <w:p>
      <w:pPr>
        <w:keepNext/>
        <w:spacing w:after="80"/>
      </w:pPr>
      <w:r>
        <w:rPr>
          <w:b/>
        </w:rPr>
        <w:t>Leistungsverzeichnis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876"/>
        <w:gridCol w:w="2154"/>
      </w:tblGrid>
      <w:tr>
        <w:tc>
          <w:tcPr>
            <w:tcW w:type="dxa" w:w="2041"/>
            <w:shd w:val="clear" w:color="auto" w:fill="E7E9EC"/>
          </w:tcPr>
          <w:p>
            <w:r/>
            <w:r>
              <w:rPr>
                <w:b/>
              </w:rPr>
              <w:t>Bereich</w:t>
            </w:r>
          </w:p>
        </w:tc>
        <w:tc>
          <w:tcPr>
            <w:tcW w:type="dxa" w:w="4876"/>
            <w:shd w:val="clear" w:color="auto" w:fill="E7E9EC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2154"/>
            <w:shd w:val="clear" w:color="auto" w:fill="E7E9EC"/>
          </w:tcPr>
          <w:p>
            <w:r/>
            <w:r>
              <w:rPr>
                <w:b/>
              </w:rPr>
              <w:t>Häufigkeit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[Büros]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[Böden saugen bzw. feucht wischen]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[bei jedem Einsatz]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[Büros]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[Papierkörbe leeren, Abfall entsorgen]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[bei jedem Einsatz]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[Büros]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[Tische und freie Ablageflächen feucht abwischen]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[1x pro Woche]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[Sanitär]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[WC, Lavabo und Armaturen reinigen und desinfizieren, Spiegel reinigen]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[bei jedem Einsatz]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[Sanitär]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[Verbrauchsmaterial nachfüllen (Papier, Seife)]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[bei jedem Einsatz]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[Küche]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[Spüle, Abdeckung und Fronten reinigen]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[bei jedem Einsatz]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[Eingang, Treppenhaus]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[Boden wischen, Eingangsmatte absaugen]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[1x pro Woche]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</w:rPr>
              <w:t>[Türen, Lichtschalter]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</w:rPr>
              <w:t>[Griffspuren entfernen]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</w:rPr>
              <w:t>[1x pro Monat]</w:t>
            </w:r>
          </w:p>
        </w:tc>
      </w:tr>
    </w:tbl>
    <w:p>
      <w:pPr>
        <w:spacing w:after="160"/>
      </w:pPr>
      <w:r>
        <w:rPr>
          <w:b w:val="0"/>
        </w:rPr>
      </w:r>
    </w:p>
    <w:p>
      <w:pPr>
        <w:keepNext/>
        <w:spacing w:after="80"/>
      </w:pPr>
      <w:r>
        <w:rPr>
          <w:b/>
        </w:rPr>
        <w:t>Zusatzleistungen auf Abruf</w:t>
      </w:r>
    </w:p>
    <w:p>
      <w:pPr>
        <w:spacing w:after="40"/>
      </w:pPr>
      <w:r>
        <w:rPr>
          <w:b w:val="0"/>
        </w:rPr>
        <w:t>Fensterreinigung beidseitig inkl. Rahmen: CHF [38.00] pro Fenster</w:t>
      </w:r>
    </w:p>
    <w:p>
      <w:pPr>
        <w:spacing w:after="40"/>
      </w:pPr>
      <w:r>
        <w:rPr>
          <w:b w:val="0"/>
        </w:rPr>
        <w:t>Grundreinigung Bodenbeläge: CHF [55.00] pro Stunde</w:t>
      </w:r>
    </w:p>
    <w:p>
      <w:pPr>
        <w:spacing w:after="240"/>
      </w:pPr>
      <w:r>
        <w:rPr>
          <w:b w:val="0"/>
        </w:rPr>
        <w:t>Bauend- und Umzugsreinigung: nach Besichtigung</w:t>
      </w:r>
    </w:p>
    <w:p>
      <w:pPr>
        <w:keepNext/>
        <w:spacing w:after="80"/>
      </w:pPr>
      <w:r>
        <w:rPr>
          <w:b/>
        </w:rPr>
        <w:t>Bedingungen</w:t>
      </w:r>
    </w:p>
    <w:p>
      <w:pPr>
        <w:spacing w:after="40"/>
      </w:pPr>
      <w:r>
        <w:rPr>
          <w:b w:val="0"/>
        </w:rPr>
        <w:t>Reinigungsmittel und Geräte sind im Preis inbegriffen. Verbrauchsmaterial (WC-Papier, Seife, Abfallsäcke) [stellen Sie / verrechnen wir nach Aufwand].</w:t>
      </w:r>
    </w:p>
    <w:p>
      <w:pPr>
        <w:spacing w:after="40"/>
      </w:pPr>
      <w:r>
        <w:rPr>
          <w:b w:val="0"/>
        </w:rPr>
        <w:t>Zutritt: [Schlüssel / Badge] wird uns gegen Quittung übergeben.</w:t>
      </w:r>
    </w:p>
    <w:p>
      <w:pPr>
        <w:spacing w:after="40"/>
      </w:pPr>
      <w:r>
        <w:rPr>
          <w:b w:val="0"/>
        </w:rPr>
        <w:t>Vertragsbeginn: [Datum]. Kündigungsfrist: [3 Monate] auf [Monatsende].</w:t>
      </w:r>
    </w:p>
    <w:p>
      <w:pPr>
        <w:spacing w:after="40"/>
      </w:pPr>
      <w:r>
        <w:rPr>
          <w:b w:val="0"/>
        </w:rPr>
        <w:t>Einsätze, die auf einen Feiertag fallen, [werden nachgeholt / entfallen ohne Abzug].</w:t>
      </w:r>
    </w:p>
    <w:p>
      <w:pPr>
        <w:spacing w:after="40"/>
      </w:pPr>
      <w:r>
        <w:rPr>
          <w:b w:val="0"/>
        </w:rPr>
        <w:t>Ändern sich die Mindestlöhne des GAV für die Reinigungsbranche, passen wir den Preis mit einer Ankündigungsfrist von [30 Tagen] an.</w:t>
      </w:r>
    </w:p>
    <w:p>
      <w:pPr>
        <w:spacing w:after="40"/>
      </w:pPr>
      <w:r>
        <w:rPr>
          <w:b w:val="0"/>
        </w:rPr>
        <w:t>Diese Offerte ist gültig bis am [Datum]. Verrechnung monatlich, Zahlungsfrist [30 Tage].</w:t>
      </w:r>
    </w:p>
    <w:p>
      <w:pPr>
        <w:spacing w:after="200"/>
      </w:pPr>
      <w:r>
        <w:rPr>
          <w:b w:val="0"/>
        </w:rPr>
      </w:r>
    </w:p>
    <w:p>
      <w:pPr>
        <w:spacing w:after="40"/>
      </w:pPr>
      <w:r>
        <w:rPr>
          <w:b w:val="0"/>
        </w:rPr>
        <w:t>Wir freuen uns, wenn wir die Reinigung für Sie übernehmen dürfen.</w:t>
      </w:r>
    </w:p>
    <w:p>
      <w:pPr>
        <w:spacing w:after="40"/>
      </w:pPr>
      <w:r>
        <w:rPr>
          <w:b w:val="0"/>
        </w:rPr>
        <w:t>Freundliche Grüsse</w:t>
      </w:r>
    </w:p>
    <w:p>
      <w:pPr>
        <w:spacing w:after="40"/>
      </w:pPr>
      <w:r>
        <w:rPr>
          <w:b w:val="0"/>
        </w:rPr>
        <w:t>[Vorname Name]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Offerte-Vorlage für Unterhaltsreinigung</dc:title>
  <dc:subject/>
  <dc:creator>MeisterOffice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