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</w:rPr>
        <w:t>[Ihr Firmenname]</w:t>
      </w:r>
    </w:p>
    <w:p>
      <w:pPr>
        <w:spacing w:after="40"/>
      </w:pPr>
      <w:r>
        <w:rPr>
          <w:b w:val="0"/>
        </w:rPr>
        <w:t>[Strasse Nr.] · [PLZ Ort] · [Telefon] · [E-Mail]</w:t>
      </w:r>
    </w:p>
    <w:p>
      <w:pPr>
        <w:spacing w:after="360"/>
      </w:pPr>
      <w:r>
        <w:rPr>
          <w:b w:val="0"/>
        </w:rPr>
        <w:t>[CHE-000.000.000 MWST, falls mehrwertsteuerpflichtig]</w:t>
      </w:r>
    </w:p>
    <w:p>
      <w:pPr>
        <w:spacing w:after="40"/>
      </w:pPr>
      <w:r>
        <w:rPr>
          <w:b w:val="0"/>
        </w:rPr>
        <w:t>[Vorname Name der Kundin / des Kunden]</w:t>
      </w:r>
    </w:p>
    <w:p>
      <w:pPr>
        <w:spacing w:after="40"/>
      </w:pPr>
      <w:r>
        <w:rPr>
          <w:b w:val="0"/>
        </w:rPr>
        <w:t>[Strasse Nr.]</w:t>
      </w:r>
    </w:p>
    <w:p>
      <w:pPr>
        <w:spacing w:after="360"/>
      </w:pPr>
      <w:r>
        <w:rPr>
          <w:b w:val="0"/>
        </w:rPr>
        <w:t>[PLZ Ort]</w:t>
      </w:r>
    </w:p>
    <w:p>
      <w:pPr>
        <w:spacing w:after="360"/>
      </w:pPr>
      <w:r>
        <w:rPr>
          <w:b w:val="0"/>
        </w:rPr>
        <w:t>[Ort], [Datum]</w:t>
      </w:r>
    </w:p>
    <w:p>
      <w:pPr>
        <w:spacing w:after="200"/>
      </w:pPr>
      <w:r>
        <w:rPr>
          <w:b/>
        </w:rPr>
        <w:t>Offerte Nr. [2026-001]: [Malerarbeiten Wohnung, Beispielstrasse 12]</w:t>
      </w:r>
    </w:p>
    <w:p>
      <w:pPr>
        <w:spacing w:after="40"/>
      </w:pPr>
      <w:r>
        <w:rPr>
          <w:b w:val="0"/>
        </w:rPr>
        <w:t>Guten Tag [Frau Muster]</w:t>
      </w:r>
    </w:p>
    <w:p>
      <w:pPr>
        <w:spacing w:after="240"/>
      </w:pPr>
      <w:r>
        <w:rPr>
          <w:b w:val="0"/>
        </w:rPr>
        <w:t>Besten Dank für Ihre Anfrage [und die Besichtigung vom [Datum]]. Gerne offerieren wir Ihnen die besprochenen Arbeiten wie folgt.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Preis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Total CHF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[Wände und Decken 2x streichen, inkl. Abdecken]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[120 m2]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[18.50]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[2'220.00]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[Material gemäss Beschrieb]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[pauschal]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[380.00]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Zwischensumme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[2'600.00]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MwSt 8.1 %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[210.60]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</w:rPr>
              <w:t>[CHF 2'810.60]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</w:rPr>
        <w:t>Im Preis inbegriffen: [Abdeckarbeiten, Material, Endreinigung].</w:t>
      </w:r>
    </w:p>
    <w:p>
      <w:pPr>
        <w:spacing w:after="240"/>
      </w:pPr>
      <w:r>
        <w:rPr>
          <w:b w:val="0"/>
        </w:rPr>
        <w:t>Nicht inbegriffen: [unvorhersehbare Zusatzarbeiten; diese verrechnen wir nach Aufwand zu CHF [95.00] pro Stunde und sprechen sie vorgängig mit Ihnen ab].</w:t>
      </w:r>
    </w:p>
    <w:p>
      <w:pPr>
        <w:spacing w:after="360"/>
      </w:pPr>
      <w:r>
        <w:rPr>
          <w:b w:val="0"/>
        </w:rPr>
        <w:t>Diese Offerte ist gültig bis am [Datum]. Zahlungsfrist: [30 Tage] nach Rechnungsstellung.</w:t>
      </w:r>
    </w:p>
    <w:p>
      <w:pPr>
        <w:spacing w:after="40"/>
      </w:pPr>
      <w:r>
        <w:rPr>
          <w:b w:val="0"/>
        </w:rPr>
        <w:t>Wir freuen uns, wenn wir die Arbeiten für Sie ausführen dürfen.</w:t>
      </w:r>
    </w:p>
    <w:p>
      <w:pPr>
        <w:spacing w:after="40"/>
      </w:pPr>
      <w:r>
        <w:rPr>
          <w:b w:val="0"/>
        </w:rPr>
        <w:t>Freundliche Grüsse</w:t>
      </w:r>
    </w:p>
    <w:p>
      <w:pPr>
        <w:spacing w:after="40"/>
      </w:pPr>
      <w:r>
        <w:rPr>
          <w:b w:val="0"/>
        </w:rPr>
        <w:t>[Vorname Name]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Offerte-Vorlage für Handwerker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