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[Firmenname]</w:t>
      </w:r>
    </w:p>
    <w:p>
      <w:r>
        <w:t>[Strasse Nr.] · [PLZ Ort] · [Telefon] · [E-Mail]</w:t>
      </w:r>
    </w:p>
    <w:p/>
    <w:p>
      <w:r>
        <w:t>[Name der Kundin / des Kunden]</w:t>
      </w:r>
    </w:p>
    <w:p>
      <w:r>
        <w:t>[Strasse Nr.]</w:t>
      </w:r>
    </w:p>
    <w:p>
      <w:r>
        <w:t>[PLZ Ort]</w:t>
      </w:r>
    </w:p>
    <w:p/>
    <w:p>
      <w:r>
        <w:t>[Ort], [Datum]</w:t>
      </w:r>
    </w:p>
    <w:p/>
    <w:p>
      <w:r>
        <w:rPr>
          <w:b/>
        </w:rPr>
        <w:t>Zahlungserinnerung zu Rechnung Nr. [Rechnungsnummer]</w:t>
      </w:r>
    </w:p>
    <w:p/>
    <w:p>
      <w:r>
        <w:t>Guten Tag [Frau/Herr Muster]</w:t>
      </w:r>
    </w:p>
    <w:p/>
    <w:p>
      <w:r>
        <w:t>Unsere Rechnung Nr. [Rechnungsnummer] vom [Rechnungsdatum] über CHF [Betrag] ist noch offen. Falls Sie die Zahlung bereits ausgelöst haben, betrachten Sie dieses Schreiben bitte als gegenstandslos; andernfalls bitten wir Sie, den Betrag in den nächsten Tagen zu überweisen.</w:t>
      </w:r>
    </w:p>
    <w:p/>
    <w:p>
      <w:r>
        <w:t>Freundliche Grüsse</w:t>
      </w:r>
    </w:p>
    <w:p>
      <w:r>
        <w:t>[Vorname Name]</w:t>
      </w:r>
    </w:p>
    <w:p>
      <w:r>
        <w:br w:type="page"/>
      </w:r>
    </w:p>
    <w:p>
      <w:r>
        <w:t>[Firmenname]</w:t>
      </w:r>
    </w:p>
    <w:p>
      <w:r>
        <w:t>[Strasse Nr.] · [PLZ Ort] · [Telefon] · [E-Mail]</w:t>
      </w:r>
    </w:p>
    <w:p/>
    <w:p>
      <w:r>
        <w:t>[Name der Kundin / des Kunden]</w:t>
      </w:r>
    </w:p>
    <w:p>
      <w:r>
        <w:t>[Strasse Nr.]</w:t>
      </w:r>
    </w:p>
    <w:p>
      <w:r>
        <w:t>[PLZ Ort]</w:t>
      </w:r>
    </w:p>
    <w:p/>
    <w:p>
      <w:r>
        <w:t>[Ort], [Datum]</w:t>
      </w:r>
    </w:p>
    <w:p/>
    <w:p>
      <w:r>
        <w:rPr>
          <w:b/>
        </w:rPr>
        <w:t>1. Mahnung zu Rechnung Nr. [Rechnungsnummer]</w:t>
      </w:r>
    </w:p>
    <w:p/>
    <w:p>
      <w:r>
        <w:t>Guten Tag [Frau/Herr Muster]</w:t>
      </w:r>
    </w:p>
    <w:p/>
    <w:p>
      <w:r>
        <w:t>Die Rechnung Nr. [Rechnungsnummer] vom [Rechnungsdatum] über CHF [Betrag] ist trotz Fälligkeit am [Fälligkeitsdatum] weiterhin offen. Wir bitten Sie, den Betrag bis am [Frist] zu überweisen.</w:t>
      </w:r>
    </w:p>
    <w:p/>
    <w:p>
      <w:r>
        <w:t>Sollte die Zahlung bis dahin nicht eingetroffen sein, sehen wir uns gezwungen, weitere Schritte einzuleiten.</w:t>
      </w:r>
    </w:p>
    <w:p/>
    <w:p>
      <w:r>
        <w:t>Freundliche Grüsse</w:t>
      </w:r>
    </w:p>
    <w:p>
      <w:r>
        <w:t>[Vorname Name]</w:t>
      </w:r>
    </w:p>
    <w:p>
      <w:r>
        <w:br w:type="page"/>
      </w:r>
    </w:p>
    <w:p>
      <w:r>
        <w:t>[Firmenname]</w:t>
      </w:r>
    </w:p>
    <w:p>
      <w:r>
        <w:t>[Strasse Nr.] · [PLZ Ort] · [Telefon] · [E-Mail]</w:t>
      </w:r>
    </w:p>
    <w:p/>
    <w:p>
      <w:r>
        <w:t>[Name der Kundin / des Kunden]</w:t>
      </w:r>
    </w:p>
    <w:p>
      <w:r>
        <w:t>[Strasse Nr.]</w:t>
      </w:r>
    </w:p>
    <w:p>
      <w:r>
        <w:t>[PLZ Ort]</w:t>
      </w:r>
    </w:p>
    <w:p/>
    <w:p>
      <w:r>
        <w:t>[Ort], [Datum]</w:t>
      </w:r>
    </w:p>
    <w:p/>
    <w:p>
      <w:r>
        <w:rPr>
          <w:b/>
        </w:rPr>
        <w:t>2. Mahnung zu Rechnung Nr. [Rechnungsnummer]</w:t>
      </w:r>
    </w:p>
    <w:p/>
    <w:p>
      <w:r>
        <w:t>Guten Tag [Frau/Herr Muster]</w:t>
      </w:r>
    </w:p>
    <w:p/>
    <w:p>
      <w:r>
        <w:t>Die Rechnung Nr. [Rechnungsnummer] über CHF [Betrag] ist trotz Zahlungserinnerung und erster Mahnung weiterhin unbezahlt. Wir setzen Ihnen eine letzte Frist bis am [Frist], um den Betrag zu begleichen.</w:t>
      </w:r>
    </w:p>
    <w:p/>
    <w:p>
      <w:r>
        <w:t>Seit der 1. Mahnung vom [Datum der 1. Mahnung] schulden Sie zudem einen Verzugszins von 5 % pro Jahr (Art. 104 Abs. 1 OR). Nach unbenütztem Ablauf dieser Frist sehen wir uns gezwungen, weitere Schritte einzuleiten.</w:t>
      </w:r>
    </w:p>
    <w:p/>
    <w:p>
      <w:r>
        <w:t>Freundliche Grüsse</w:t>
      </w:r>
    </w:p>
    <w:p>
      <w:r>
        <w:t>[Vorname Name]</w:t>
      </w:r>
    </w:p>
    <w:p>
      <w:r>
        <w:br w:type="page"/>
      </w:r>
    </w:p>
    <w:p>
      <w:r>
        <w:t>[Firmenname]</w:t>
      </w:r>
    </w:p>
    <w:p>
      <w:r>
        <w:t>[Strasse Nr.] · [PLZ Ort] · [Telefon] · [E-Mail]</w:t>
      </w:r>
    </w:p>
    <w:p/>
    <w:p>
      <w:r>
        <w:t>[Name der Kundin / des Kunden]</w:t>
      </w:r>
    </w:p>
    <w:p>
      <w:r>
        <w:t>[Strasse Nr.]</w:t>
      </w:r>
    </w:p>
    <w:p>
      <w:r>
        <w:t>[PLZ Ort]</w:t>
      </w:r>
    </w:p>
    <w:p/>
    <w:p>
      <w:r>
        <w:t>[Ort], [Datum]</w:t>
      </w:r>
    </w:p>
    <w:p/>
    <w:p>
      <w:r>
        <w:rPr>
          <w:b/>
        </w:rPr>
        <w:t>3. Mahnung zu Rechnung Nr. [Rechnungsnummer]: Androhung der Betreibung</w:t>
      </w:r>
    </w:p>
    <w:p/>
    <w:p>
      <w:r>
        <w:t>Guten Tag [Frau/Herr Muster]</w:t>
      </w:r>
    </w:p>
    <w:p/>
    <w:p>
      <w:r>
        <w:t>Die Rechnung Nr. [Rechnungsnummer] über CHF [Betrag] ist trotz mehrfacher Mahnung weiterhin offen. Wir fordern Sie letztmals auf, den Betrag bis am [Frist] zu überweisen.</w:t>
      </w:r>
    </w:p>
    <w:p/>
    <w:p>
      <w:r>
        <w:t>Bleibt die Zahlung aus, leiten wir ohne weitere Ankündigung die Betreibung ein. Die damit verbundenen Kosten gehen zu Ihren Lasten.</w:t>
      </w:r>
    </w:p>
    <w:p/>
    <w:p>
      <w:r>
        <w:t>Freundliche Grüsse</w:t>
      </w:r>
    </w:p>
    <w:p>
      <w:r>
        <w:t>[Vorname Name]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Mahnung-Vorlagen für Handwerker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